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992"/>
      </w:tblGrid>
      <w:tr>
        <w:tc>
          <w:tcPr>
            <w:tcW w:type="dxa" w:w="2232"/>
            <w:vAlign w:val="top"/>
            <w:tcMar>
              <w:top w:w="0" w:type="dxa"/>
              <w:start w:w="0" w:type="dxa"/>
              <w:bottom w:w="0" w:type="dxa"/>
              <w:end w:w="140" w:type="dxa"/>
            </w:tcMar>
            <w:tcBorders>
              <w:right w:val="single" w:sz="8" w:color="B7C9D6"/>
            </w:tcBorders>
          </w:tcPr>
          <w:p>
            <w:pPr>
              <w:pStyle w:val="ADASidebarHead"/>
            </w:pPr>
            <w:r>
              <w:t>Annals of Decision Analytics, ADA</w:t>
            </w:r>
          </w:p>
          <w:p>
            <w:pPr>
              <w:pStyle w:val="ADASidebar"/>
            </w:pPr>
            <w:r>
              <w:t>[Year], [Volume] ([Issue]): [Pages]</w:t>
            </w:r>
          </w:p>
          <w:p>
            <w:pPr>
              <w:pStyle w:val="ADASidebar"/>
            </w:pPr>
            <w:r>
              <w:t>journals.cognivum.com/annals-of-decision-analytics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Submitted: </w:t>
            </w:r>
            <w:r>
              <w:t>[Date]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Revision Requested: </w:t>
            </w:r>
            <w:r>
              <w:t>[Date]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Last Revision Received: </w:t>
            </w:r>
            <w:r>
              <w:t>[Date]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Accepted: </w:t>
            </w:r>
            <w:r>
              <w:t>[Date]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Published Online: </w:t>
            </w:r>
            <w:r>
              <w:t>[Date]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Citation: </w:t>
            </w:r>
            <w:r>
              <w:t>[Author(s). (Year). Annals of Decision Analytics, volume(issue), pages.]</w:t>
            </w:r>
          </w:p>
          <w:p>
            <w:pPr>
              <w:pStyle w:val="ADASidebar"/>
            </w:pPr>
            <w:r>
              <w:t>This work is licensed under the Creative Commons Attribution 4.0 International License (CC BY 4.0).</w:t>
            </w:r>
          </w:p>
          <w:p>
            <w:pPr>
              <w:pStyle w:val="ADASidebar"/>
            </w:pPr>
            <w:r>
              <w:t>© [Year] Author(s).</w:t>
            </w:r>
          </w:p>
          <w:p>
            <w:pPr>
              <w:pStyle w:val="ADASidebar"/>
            </w:pPr>
            <w:r>
              <w:rPr>
                <w:b/>
                <w:color w:val="222222"/>
              </w:rPr>
              <w:t xml:space="preserve">Corresponding author: </w:t>
            </w:r>
            <w:r>
              <w:t>[Name, email]</w:t>
            </w:r>
          </w:p>
        </w:tc>
        <w:tc>
          <w:tcPr>
            <w:tcW w:type="dxa" w:w="7992"/>
            <w:vAlign w:val="top"/>
            <w:tcMar>
              <w:top w:w="0" w:type="dxa"/>
              <w:start w:w="160" w:type="dxa"/>
              <w:bottom w:w="0" w:type="dxa"/>
              <w:end w:w="0" w:type="dxa"/>
            </w:tcMar>
          </w:tcPr>
          <w:p>
            <w:pPr>
              <w:pStyle w:val="ADAArticleType"/>
            </w:pPr>
            <w:r>
              <w:t>[Article Type]</w:t>
            </w:r>
          </w:p>
          <w:p>
            <w:pPr>
              <w:pStyle w:val="ADATitle"/>
            </w:pPr>
            <w:r>
              <w:t>[Manuscript Title]</w:t>
            </w:r>
          </w:p>
          <w:p>
            <w:pPr>
              <w:pStyle w:val="ADAAuthors"/>
            </w:pPr>
            <w:r>
              <w:t>[Author One]¹, [Author Two]²</w:t>
            </w:r>
          </w:p>
          <w:p>
            <w:pPr>
              <w:pStyle w:val="ADAAffiliations"/>
            </w:pPr>
            <w:r>
              <w:t>¹[Department, Institution, City, Country]</w:t>
              <w:br/>
              <w:t>²[Department, Institution, City, Country]</w:t>
              <w:br/>
              <w:t>Corresponding author: [email]</w:t>
            </w:r>
          </w:p>
          <w:p>
            <w:pPr>
              <w:pStyle w:val="ADAAbstract"/>
            </w:pPr>
            <w:r>
              <w:rPr>
                <w:b/>
                <w:color w:val="1F4E78"/>
              </w:rPr>
              <w:t xml:space="preserve">Abstract  </w:t>
            </w:r>
            <w:r>
              <w:t>[Insert a concise abstract summarizing the purpose, methods, principal results, and implications of the study.]</w:t>
            </w:r>
          </w:p>
          <w:p>
            <w:pPr>
              <w:pStyle w:val="ADAKeywords"/>
            </w:pPr>
            <w:r>
              <w:rPr>
                <w:b/>
                <w:color w:val="1F4E78"/>
              </w:rPr>
              <w:t xml:space="preserve">Keywords  </w:t>
            </w:r>
            <w:r>
              <w:t>[Keyword 1; Keyword 2; Keyword 3; Keyword 4; Keyword 5]</w:t>
            </w:r>
          </w:p>
        </w:tc>
      </w:tr>
    </w:tbl>
    <w:p>
      <w:pPr>
        <w:pStyle w:val="ADAHeading1"/>
      </w:pPr>
      <w:r>
        <w:t>1  Introduction</w:t>
      </w:r>
    </w:p>
    <w:p>
      <w:r>
        <w:t>[Insert manuscript text.]</w:t>
      </w:r>
    </w:p>
    <w:p>
      <w:pPr>
        <w:pStyle w:val="ADAHeading1"/>
      </w:pPr>
      <w:r>
        <w:t>2  Background</w:t>
      </w:r>
    </w:p>
    <w:p>
      <w:r>
        <w:t>[Insert manuscript text.]</w:t>
      </w:r>
    </w:p>
    <w:p>
      <w:pPr>
        <w:pStyle w:val="ADAHeading2"/>
      </w:pPr>
      <w:r>
        <w:t>2.1  Example Subsection</w:t>
      </w:r>
    </w:p>
    <w:p>
      <w:r>
        <w:t>[Insert manuscript text.]</w:t>
      </w:r>
    </w:p>
    <w:p>
      <w:pPr>
        <w:pStyle w:val="ADAHeading1"/>
      </w:pPr>
      <w:r>
        <w:t>3  Methodology</w:t>
      </w:r>
    </w:p>
    <w:p>
      <w:r>
        <w:t>[Insert manuscript text and equations.]</w:t>
      </w:r>
    </w:p>
    <w:p>
      <w:pPr>
        <w:jc w:val="center"/>
      </w:pPr>
      <w:r>
        <w:rPr>
          <w:rFonts w:ascii="Cambria Math" w:hAnsi="Cambria Math"/>
          <w:sz w:val="22"/>
        </w:rPr>
        <w:t>[Insert equation here]</w:t>
      </w:r>
    </w:p>
    <w:p>
      <w:pPr>
        <w:pStyle w:val="ADAHeading1"/>
      </w:pPr>
      <w:r>
        <w:t>4  Theoretical Results</w:t>
      </w:r>
    </w:p>
    <w:p>
      <w:pPr>
        <w:pStyle w:val="ADATheorem"/>
      </w:pPr>
      <w:r>
        <w:rPr>
          <w:b/>
        </w:rPr>
        <w:t xml:space="preserve">Theorem 4.1. </w:t>
      </w:r>
      <w:r>
        <w:t>[State theorem.]</w:t>
      </w:r>
    </w:p>
    <w:p>
      <w:pPr>
        <w:pStyle w:val="ADAProof"/>
      </w:pPr>
      <w:r>
        <w:rPr>
          <w:b/>
        </w:rPr>
        <w:t xml:space="preserve">Proof. </w:t>
      </w:r>
      <w:r>
        <w:t>[Insert proof.] □</w:t>
      </w:r>
    </w:p>
    <w:p>
      <w:pPr>
        <w:pStyle w:val="ADAHeading1"/>
      </w:pPr>
      <w:r>
        <w:t>5  Numerical Studies</w:t>
      </w:r>
    </w:p>
    <w:p>
      <w:r>
        <w:t>[Describe simulations and/or empirical application.]</w:t>
      </w:r>
    </w:p>
    <w:p>
      <w:pPr>
        <w:pStyle w:val="ADACaption"/>
      </w:pPr>
      <w:r>
        <w:rPr>
          <w:b/>
        </w:rPr>
        <w:t>Table 1. [Table title]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shd w:fill="D9EAF7"/>
          </w:tcPr>
          <w:p>
            <w:r>
              <w:rPr>
                <w:b/>
              </w:rPr>
              <w:t>Column 1</w:t>
            </w:r>
          </w:p>
        </w:tc>
        <w:tc>
          <w:tcPr>
            <w:tcW w:type="dxa" w:w="3523"/>
            <w:shd w:fill="D9EAF7"/>
          </w:tcPr>
          <w:p>
            <w:r>
              <w:rPr>
                <w:b/>
              </w:rPr>
              <w:t>Column 2</w:t>
            </w:r>
          </w:p>
        </w:tc>
        <w:tc>
          <w:tcPr>
            <w:tcW w:type="dxa" w:w="3523"/>
            <w:shd w:fill="D9EAF7"/>
          </w:tcPr>
          <w:p>
            <w:r>
              <w:rPr>
                <w:b/>
              </w:rPr>
              <w:t>Column 3</w:t>
            </w:r>
          </w:p>
        </w:tc>
      </w:tr>
      <w:tr>
        <w:tc>
          <w:tcPr>
            <w:tcW w:type="dxa" w:w="3523"/>
          </w:tcPr>
          <w:p>
            <w:r>
              <w:t>[value]</w:t>
            </w:r>
          </w:p>
        </w:tc>
        <w:tc>
          <w:tcPr>
            <w:tcW w:type="dxa" w:w="3523"/>
          </w:tcPr>
          <w:p>
            <w:r>
              <w:t>[value]</w:t>
            </w:r>
          </w:p>
        </w:tc>
        <w:tc>
          <w:tcPr>
            <w:tcW w:type="dxa" w:w="3523"/>
          </w:tcPr>
          <w:p>
            <w:r>
              <w:t>[value]</w:t>
            </w:r>
          </w:p>
        </w:tc>
      </w:tr>
      <w:tr>
        <w:tc>
          <w:tcPr>
            <w:tcW w:type="dxa" w:w="3523"/>
          </w:tcPr>
          <w:p>
            <w:r>
              <w:t>[value]</w:t>
            </w:r>
          </w:p>
        </w:tc>
        <w:tc>
          <w:tcPr>
            <w:tcW w:type="dxa" w:w="3523"/>
          </w:tcPr>
          <w:p>
            <w:r>
              <w:t>[value]</w:t>
            </w:r>
          </w:p>
        </w:tc>
        <w:tc>
          <w:tcPr>
            <w:tcW w:type="dxa" w:w="3523"/>
          </w:tcPr>
          <w:p>
            <w:r>
              <w:t>[value]</w:t>
            </w:r>
          </w:p>
        </w:tc>
      </w:tr>
    </w:tbl>
    <w:p>
      <w:pPr>
        <w:pStyle w:val="ADATableNotes"/>
      </w:pPr>
      <w:r>
        <w:t>Note. [Table notes.]</w:t>
      </w:r>
    </w:p>
    <w:p>
      <w:pPr>
        <w:pStyle w:val="ADAHeading1"/>
      </w:pPr>
      <w:r>
        <w:t>6  Discussion</w:t>
      </w:r>
    </w:p>
    <w:p>
      <w:r>
        <w:t>[Insert discussion.]</w:t>
      </w:r>
    </w:p>
    <w:p>
      <w:pPr>
        <w:pStyle w:val="ADAHeading1"/>
      </w:pPr>
      <w:r>
        <w:t>7  Conclusions</w:t>
      </w:r>
    </w:p>
    <w:p>
      <w:r>
        <w:t>[Insert conclusions.]</w:t>
      </w:r>
    </w:p>
    <w:p>
      <w:pPr>
        <w:pStyle w:val="ADABackMatter"/>
      </w:pPr>
      <w:r>
        <w:t>Acknowledgments</w:t>
      </w:r>
    </w:p>
    <w:p>
      <w:r>
        <w:t>[Optional acknowledgments.]</w:t>
      </w:r>
    </w:p>
    <w:p>
      <w:pPr>
        <w:pStyle w:val="ADABackMatter"/>
      </w:pPr>
      <w:r>
        <w:t>Funding</w:t>
      </w:r>
    </w:p>
    <w:p>
      <w:r>
        <w:t>[State funding source or: This research received no external funding.]</w:t>
      </w:r>
    </w:p>
    <w:p>
      <w:pPr>
        <w:pStyle w:val="ADABackMatter"/>
      </w:pPr>
      <w:r>
        <w:t>Conflict of Interest</w:t>
      </w:r>
    </w:p>
    <w:p>
      <w:r>
        <w:t>[State any conflicts or: The author(s) declare no conflict of interest.]</w:t>
      </w:r>
    </w:p>
    <w:p>
      <w:pPr>
        <w:pStyle w:val="ADABackMatter"/>
      </w:pPr>
      <w:r>
        <w:t>Data Availability</w:t>
      </w:r>
    </w:p>
    <w:p>
      <w:r>
        <w:t>[State where data and supporting materials may be obtained.]</w:t>
      </w:r>
    </w:p>
    <w:p>
      <w:pPr>
        <w:pStyle w:val="ADAHeading1"/>
      </w:pPr>
      <w:r>
        <w:t>A  Appendix</w:t>
      </w:r>
    </w:p>
    <w:p>
      <w:r>
        <w:t>[Optional appendix material.]</w:t>
      </w:r>
    </w:p>
    <w:p>
      <w:pPr>
        <w:pStyle w:val="ADABackMatter"/>
      </w:pPr>
      <w:r>
        <w:t>References</w:t>
      </w:r>
    </w:p>
    <w:p>
      <w:pPr>
        <w:pStyle w:val="ADAReferences"/>
      </w:pPr>
      <w:r>
        <w:t>[Insert references using the ADA reference style.]</w:t>
      </w: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2240" w:h="15840"/>
      <w:pgMar w:top="893" w:right="835" w:bottom="835" w:left="835" w:header="259" w:footer="21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drawing>
        <wp:inline xmlns:a="http://schemas.openxmlformats.org/drawingml/2006/main" xmlns:pic="http://schemas.openxmlformats.org/drawingml/2006/picture">
          <wp:extent cx="1097280" cy="28701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gnivu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287015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ADA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24128" cy="102412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A-logo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4128" cy="1024128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F4E78"/>
        <w:sz w:val="16"/>
      </w:rPr>
      <w:t>Annals of Decision Analytics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DAArticleType">
    <w:name w:val="ADA Article Type"/>
    <w:pPr>
      <w:keepNext/>
      <w:spacing w:before="0" w:after="140"/>
    </w:pPr>
    <w:rPr>
      <w:rFonts w:ascii="Arial" w:hAnsi="Arial"/>
      <w:b/>
      <w:i w:val="0"/>
      <w:color w:val="1F4E78"/>
      <w:sz w:val="18"/>
    </w:rPr>
  </w:style>
  <w:style w:type="paragraph" w:customStyle="1" w:styleId="ADATitle">
    <w:name w:val="ADA Title"/>
    <w:pPr>
      <w:keepNext/>
      <w:spacing w:before="0" w:after="160"/>
    </w:pPr>
    <w:rPr>
      <w:rFonts w:ascii="Arial" w:hAnsi="Arial"/>
      <w:b/>
      <w:i w:val="0"/>
      <w:color w:val="222222"/>
      <w:sz w:val="32"/>
    </w:rPr>
  </w:style>
  <w:style w:type="paragraph" w:customStyle="1" w:styleId="ADAAuthors">
    <w:name w:val="ADA Authors"/>
    <w:pPr>
      <w:keepNext/>
      <w:spacing w:before="0" w:after="40"/>
    </w:pPr>
    <w:rPr>
      <w:rFonts w:ascii="Arial" w:hAnsi="Arial"/>
      <w:b/>
      <w:i w:val="0"/>
      <w:color w:val="222222"/>
      <w:sz w:val="21"/>
    </w:rPr>
  </w:style>
  <w:style w:type="paragraph" w:customStyle="1" w:styleId="ADAAffiliations">
    <w:name w:val="ADA Affiliations"/>
    <w:pPr>
      <w:keepNext/>
      <w:spacing w:before="0" w:after="160"/>
    </w:pPr>
    <w:rPr>
      <w:rFonts w:ascii="Arial" w:hAnsi="Arial"/>
      <w:b w:val="0"/>
      <w:i w:val="0"/>
      <w:color w:val="222222"/>
      <w:sz w:val="18"/>
    </w:rPr>
  </w:style>
  <w:style w:type="paragraph" w:customStyle="1" w:styleId="ADAAbstract">
    <w:name w:val="ADA Abstract"/>
    <w:pPr>
      <w:keepNext w:val="0"/>
      <w:spacing w:before="0" w:after="120"/>
    </w:pPr>
    <w:rPr>
      <w:rFonts w:ascii="Arial" w:hAnsi="Arial"/>
      <w:b w:val="0"/>
      <w:i w:val="0"/>
      <w:color w:val="222222"/>
      <w:sz w:val="18"/>
    </w:rPr>
  </w:style>
  <w:style w:type="paragraph" w:customStyle="1" w:styleId="ADAKeywords">
    <w:name w:val="ADA Keywords"/>
    <w:pPr>
      <w:keepNext w:val="0"/>
      <w:spacing w:before="0" w:after="200"/>
    </w:pPr>
    <w:rPr>
      <w:rFonts w:ascii="Arial" w:hAnsi="Arial"/>
      <w:b w:val="0"/>
      <w:i w:val="0"/>
      <w:color w:val="222222"/>
      <w:sz w:val="18"/>
    </w:rPr>
  </w:style>
  <w:style w:type="paragraph" w:customStyle="1" w:styleId="ADAHeading1">
    <w:name w:val="ADA Heading 1"/>
    <w:pPr>
      <w:keepNext/>
      <w:spacing w:before="220" w:after="100"/>
    </w:pPr>
    <w:rPr>
      <w:rFonts w:ascii="Arial" w:hAnsi="Arial"/>
      <w:b/>
      <w:i w:val="0"/>
      <w:color w:val="222222"/>
      <w:sz w:val="26"/>
    </w:rPr>
  </w:style>
  <w:style w:type="paragraph" w:customStyle="1" w:styleId="ADAHeading2">
    <w:name w:val="ADA Heading 2"/>
    <w:pPr>
      <w:keepNext/>
      <w:spacing w:before="160" w:after="80"/>
    </w:pPr>
    <w:rPr>
      <w:rFonts w:ascii="Arial" w:hAnsi="Arial"/>
      <w:b/>
      <w:i w:val="0"/>
      <w:color w:val="222222"/>
      <w:sz w:val="22"/>
    </w:rPr>
  </w:style>
  <w:style w:type="paragraph" w:customStyle="1" w:styleId="ADAHeading3">
    <w:name w:val="ADA Heading 3"/>
    <w:pPr>
      <w:keepNext/>
      <w:spacing w:before="120" w:after="60"/>
    </w:pPr>
    <w:rPr>
      <w:rFonts w:ascii="Arial" w:hAnsi="Arial"/>
      <w:b/>
      <w:i w:val="0"/>
      <w:color w:val="222222"/>
      <w:sz w:val="20"/>
    </w:rPr>
  </w:style>
  <w:style w:type="paragraph" w:customStyle="1" w:styleId="ADATheorem">
    <w:name w:val="ADA Theorem"/>
    <w:pPr>
      <w:keepNext w:val="0"/>
      <w:spacing w:before="140" w:after="100"/>
    </w:pPr>
    <w:rPr>
      <w:rFonts w:ascii="Arial" w:hAnsi="Arial"/>
      <w:b w:val="0"/>
      <w:i w:val="0"/>
      <w:color w:val="222222"/>
      <w:sz w:val="19"/>
    </w:rPr>
  </w:style>
  <w:style w:type="paragraph" w:customStyle="1" w:styleId="ADAProof">
    <w:name w:val="ADA Proof"/>
    <w:pPr>
      <w:keepNext w:val="0"/>
      <w:spacing w:before="60" w:after="120"/>
    </w:pPr>
    <w:rPr>
      <w:rFonts w:ascii="Arial" w:hAnsi="Arial"/>
      <w:b w:val="0"/>
      <w:i w:val="0"/>
      <w:color w:val="222222"/>
      <w:sz w:val="19"/>
    </w:rPr>
  </w:style>
  <w:style w:type="paragraph" w:customStyle="1" w:styleId="ADAAlgorithm">
    <w:name w:val="ADA Algorithm"/>
    <w:pPr>
      <w:keepNext w:val="0"/>
      <w:spacing w:before="120" w:after="120"/>
    </w:pPr>
    <w:rPr>
      <w:rFonts w:ascii="Arial" w:hAnsi="Arial"/>
      <w:b w:val="0"/>
      <w:i w:val="0"/>
      <w:color w:val="222222"/>
      <w:sz w:val="19"/>
    </w:rPr>
  </w:style>
  <w:style w:type="paragraph" w:customStyle="1" w:styleId="ADACaption">
    <w:name w:val="ADA Caption"/>
    <w:pPr>
      <w:keepNext w:val="0"/>
      <w:spacing w:before="100" w:after="80"/>
    </w:pPr>
    <w:rPr>
      <w:rFonts w:ascii="Arial" w:hAnsi="Arial"/>
      <w:b w:val="0"/>
      <w:i w:val="0"/>
      <w:color w:val="222222"/>
      <w:sz w:val="17"/>
    </w:rPr>
  </w:style>
  <w:style w:type="paragraph" w:customStyle="1" w:styleId="ADATableNotes">
    <w:name w:val="ADA Table Notes"/>
    <w:pPr>
      <w:keepNext w:val="0"/>
      <w:spacing w:before="40" w:after="100"/>
    </w:pPr>
    <w:rPr>
      <w:rFonts w:ascii="Arial" w:hAnsi="Arial"/>
      <w:b w:val="0"/>
      <w:i w:val="0"/>
      <w:color w:val="666666"/>
      <w:sz w:val="16"/>
    </w:rPr>
  </w:style>
  <w:style w:type="paragraph" w:customStyle="1" w:styleId="ADAReferences">
    <w:name w:val="ADA References"/>
    <w:pPr>
      <w:keepNext w:val="0"/>
      <w:spacing w:before="0" w:after="60"/>
    </w:pPr>
    <w:rPr>
      <w:rFonts w:ascii="Arial" w:hAnsi="Arial"/>
      <w:b w:val="0"/>
      <w:i w:val="0"/>
      <w:color w:val="222222"/>
      <w:sz w:val="17"/>
    </w:rPr>
  </w:style>
  <w:style w:type="paragraph" w:customStyle="1" w:styleId="ADABackMatter">
    <w:name w:val="ADA Back Matter"/>
    <w:pPr>
      <w:keepNext/>
      <w:spacing w:before="180" w:after="80"/>
    </w:pPr>
    <w:rPr>
      <w:rFonts w:ascii="Arial" w:hAnsi="Arial"/>
      <w:b/>
      <w:i w:val="0"/>
      <w:color w:val="222222"/>
      <w:sz w:val="21"/>
    </w:rPr>
  </w:style>
  <w:style w:type="paragraph" w:customStyle="1" w:styleId="ADASidebar">
    <w:name w:val="ADA Sidebar"/>
    <w:pPr>
      <w:keepNext w:val="0"/>
      <w:spacing w:before="0" w:after="80"/>
    </w:pPr>
    <w:rPr>
      <w:rFonts w:ascii="Arial" w:hAnsi="Arial"/>
      <w:b w:val="0"/>
      <w:i w:val="0"/>
      <w:color w:val="666666"/>
      <w:sz w:val="15"/>
    </w:rPr>
  </w:style>
  <w:style w:type="paragraph" w:customStyle="1" w:styleId="ADASidebarHead">
    <w:name w:val="ADA Sidebar Head"/>
    <w:pPr>
      <w:keepNext/>
      <w:spacing w:before="0" w:after="40"/>
    </w:pPr>
    <w:rPr>
      <w:rFonts w:ascii="Arial" w:hAnsi="Arial"/>
      <w:b/>
      <w:i w:val="0"/>
      <w:color w:val="222222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